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לפני הקריאה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הפעלת ידע קודם, שאילת שאלות ותחזית לפני קריאת 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https://kubiyot-lemida.sites.tab.bot/luach-lifnei-kriaa.html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כותרת; 2 – תמונה; 3 – מה אני יודע/ת; 4 – שאלה; 5 – מילים; 6 – תחזית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מסתכלים על הכותרת ועל התמונות   2) נזכרים במה שכבר יודעים   3) כותבים שאלה ותחזית   4) קוראים את הטקסט   5) בודקים אם התחזית נכונה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מסביר תופעה בטבע   2) א – איך דבורים מוסרות מידע?   3) א – מנחשים ושואלים שאלות   4) א – מילה חשובה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תחזית היא ניחוש; בודקים אותה אחרי הקריאה   3) נכון   4) לא נכון – מותר וכדאי להציץ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🔮 לפני הקריאה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הפעלת ידע קודם, שאילת שאלות ותחזית לפני קריאת טקסט.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🏷️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השם של הטקסט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🖼️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ציור או צילום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🙋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שמסתיים ב־?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לנחש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לחשוב מה יהיה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נושא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מה 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 הנכון (1 = ראשון).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למה הדבורים רוקדות? (טקסט מידע)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דבורת דבש שמצאה פרחים מלאי צוף חוזרת לכוורת ומתחילה לרקוד. זה לא ריקוד של שמחה בלבד: זו דרך למסור מידע.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כשהפרחים קרובים, הדבורה מסתובבת במעגלים קטנים. כשהם רחוקים, היא רוקדת בצורת הספרה 8 ומנענעת את גופה.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הכיוון של הריקוד מראה לדבורים האחרות לאן לעוף ביחס לשמש, ומשך הנענוע מרמז על המרחק.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כך, בלי מילים, יכולה דבורה אחת להוביל דבורות רבות אל מקור המזון. הריקוד נחשב לאחת הדוגמאות המרתקות לתקשורת בעולם החי.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קוראים את הטקסט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נזכרים במה שכבר יודעים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שאלה ותחזית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בודקים אם התחזית נכונה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מסתכלים על הכותרת ועל התמונות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לפי הכותרת "למה הדבורים רוקדות?", הטקסט כנראה: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מסביר תופעה בטבע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מספר על מסיבה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מלמד ריקוד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שאלה מתאימה לפני הקריאה?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איך דבורים מוסרות מידע?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כמה עולה דבש?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מה צבע התיק שלי?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עושים בשלב "לפני הקריאה"?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מנחשים ושואלים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עונים על מבחן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כותבים סיכום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מילה מודגשת בטקסט היא בדרך כלל: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מילה חשובה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טעות הקלדה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שם הכותב/ת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להסתכל על הכותרת לפני הקריאה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תחזית חייבת להיות נכונה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ידע קודם עוזר להבין טקסט חדש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הקריאה אסור לדפדף בטקסט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(לפני הקריאה)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לפני הקריאה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