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מרוץ הקוביות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חזרה מעורבת על נושאי הלוחות לפני או אחרי המשחק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מתאים כחזרה לפני המשחק בקבוצות, או כבדיקה אחריו.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שאלות המרוץ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ספל   2) א – הוא יכול להיות הכלי לפתרון   3) א – דמות, מקום ובעיה   4) א – עבר, אתם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לא נכון – זה פועל בהווה, רבים   2) נכון   3) לא נכון – בסוף משפט באה נקודה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מחשבים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13   2) 12 (נשארים במקום)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מה למדתי במרוץ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מרוץ הקוביות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שאלות מכל התחנות – כמו במרוץ הקוביות.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המרוץ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איזו מילה אינה ממשפחת ס־פ־ר?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ספל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ספרייה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איך חפץ יכול לעזור בסיפור?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הוא יכול להיות הכלי לפתרון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הוא תמיד מיותר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חייב להיות בכל סיפור?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דמות, מקום ובעיה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רק תמונה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הצורה "כתבתם" היא: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עבר, אתם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עתיד, אתם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"קוטפים" הוא שם עצם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"הולכות" היא צורת הווה, רבות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פסיק בא בסוף כל 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מחשבים נקודות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במרוץ: גלגלו, ענו נכון – והתקדמו במספר המשבצות שיצא.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יצא 4 ועניתם נכון. הייתם במשבצת 9. לאן התקדמתם?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יצא 6 וטעיתם. הייתם במשבצת 12. איפה אתם עכשיו?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מה למדתי במרוץ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2 דברים שלמדתם במשחק ושאלה אחת שתרצו לשאול את הקבוצה.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מרוץ הקוביות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